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8F1D6" w14:textId="77777777" w:rsidR="00E7583A" w:rsidRDefault="00E64B89">
      <w:pPr>
        <w:jc w:val="center"/>
      </w:pPr>
      <w:r>
        <w:rPr>
          <w:b/>
          <w:sz w:val="28"/>
        </w:rPr>
        <w:t>ZAŁĄCZNIK NR 1</w:t>
      </w:r>
    </w:p>
    <w:p w14:paraId="3D7281F3" w14:textId="77777777" w:rsidR="00E7583A" w:rsidRDefault="00E64B89">
      <w:pPr>
        <w:jc w:val="center"/>
      </w:pPr>
      <w:r>
        <w:rPr>
          <w:b/>
          <w:sz w:val="26"/>
        </w:rPr>
        <w:t>FORMULARZ OFERTY ZAKUPU</w:t>
      </w:r>
    </w:p>
    <w:p w14:paraId="6CF00DA2" w14:textId="77777777" w:rsidR="00E7583A" w:rsidRDefault="00E64B89">
      <w:r>
        <w:t>Dotyczy sprzedaży używanej siatki konstrukcyjno-scenograficznej o powierzchni około 2500 m².</w:t>
      </w:r>
    </w:p>
    <w:p w14:paraId="5047EF32" w14:textId="77777777" w:rsidR="00E7583A" w:rsidRDefault="00E64B89">
      <w:r>
        <w:rPr>
          <w:b/>
        </w:rPr>
        <w:t>1. Dane oferenta</w:t>
      </w:r>
    </w:p>
    <w:p w14:paraId="72B02801" w14:textId="77777777" w:rsidR="00E7583A" w:rsidRDefault="00E64B89">
      <w:r>
        <w:t>Nazwa / imię i nazwisko: ................................................................................</w:t>
      </w:r>
    </w:p>
    <w:p w14:paraId="6AFB9C35" w14:textId="77777777" w:rsidR="00E7583A" w:rsidRDefault="00E64B89">
      <w:r>
        <w:t>Adres: ...........................................................................................................</w:t>
      </w:r>
    </w:p>
    <w:p w14:paraId="51A4822E" w14:textId="77777777" w:rsidR="00E7583A" w:rsidRDefault="00E64B89">
      <w:r>
        <w:t>NIP (jeżeli dotyczy): ....................................................................................</w:t>
      </w:r>
    </w:p>
    <w:p w14:paraId="2F231254" w14:textId="77777777" w:rsidR="00E7583A" w:rsidRDefault="00E64B89">
      <w:r>
        <w:t>Telefon / e-mail: ............................................................................................</w:t>
      </w:r>
    </w:p>
    <w:p w14:paraId="6F82DE67" w14:textId="77777777" w:rsidR="00E7583A" w:rsidRDefault="00E64B89">
      <w:r>
        <w:rPr>
          <w:b/>
        </w:rPr>
        <w:t>2. Oferta cenowa</w:t>
      </w:r>
    </w:p>
    <w:p w14:paraId="0A9B16F9" w14:textId="77777777" w:rsidR="00E7583A" w:rsidRDefault="00E64B89">
      <w:r>
        <w:t>Oferuję zakup używanej siatki konstrukcyjno-scenograficznej o powierzchni około 2500 m² za cenę:</w:t>
      </w:r>
    </w:p>
    <w:p w14:paraId="7ACD042D" w14:textId="77777777" w:rsidR="00E7583A" w:rsidRDefault="00E64B89">
      <w:r>
        <w:t>................................................ zł netto</w:t>
      </w:r>
    </w:p>
    <w:p w14:paraId="26263B9E" w14:textId="77777777" w:rsidR="00E7583A" w:rsidRDefault="00E64B89">
      <w:r>
        <w:t>(słownie: ................................................................................................................)</w:t>
      </w:r>
    </w:p>
    <w:p w14:paraId="23C9ED40" w14:textId="77777777" w:rsidR="00E7583A" w:rsidRDefault="00E64B89">
      <w:r>
        <w:t>Oferowana cena nie może być niższa niż cena wywoławcza określona w ogłoszeniu.</w:t>
      </w:r>
    </w:p>
    <w:p w14:paraId="149F635B" w14:textId="77777777" w:rsidR="00E7583A" w:rsidRDefault="00E64B89">
      <w:r>
        <w:rPr>
          <w:b/>
        </w:rPr>
        <w:t>3. Oświadczenie oferenta</w:t>
      </w:r>
    </w:p>
    <w:p w14:paraId="41B348E4" w14:textId="77777777" w:rsidR="00E7583A" w:rsidRDefault="00E64B89">
      <w:r>
        <w:t>Oświadczam, że zapoznałem/am się z opisem przedmiotu sprzedaży oraz jego stanem i akceptuję go bez zastrzeżeń. Przyjmuję do wiadomości, że przedmiot sprzedaży jest używany i zostanie przekazany po jego demontażu.</w:t>
      </w:r>
    </w:p>
    <w:p w14:paraId="16001A76" w14:textId="77777777" w:rsidR="00E7583A" w:rsidRDefault="00E64B89">
      <w:r>
        <w:t>Oświadczam, że w przypadku wyboru mojej oferty zobowiązuję się do zapłaty ceny na zasadach określonych przez Muzeum Historyczne w Bielsku-Białej oraz do odbioru siatki w uzgodnionym terminie.</w:t>
      </w:r>
    </w:p>
    <w:p w14:paraId="1D03ED39" w14:textId="77777777" w:rsidR="00E7583A" w:rsidRDefault="00E64B89">
      <w:r>
        <w:rPr>
          <w:b/>
        </w:rPr>
        <w:t>4. Kontakt i odbiór</w:t>
      </w:r>
    </w:p>
    <w:p w14:paraId="3AB05AB4" w14:textId="77777777" w:rsidR="00E7583A" w:rsidRDefault="00E64B89">
      <w:r>
        <w:t>Przyjmuję do wiadomości, że koszty i organizacja odbioru przedmiotu sprzedaży odbywają się na zasadach określonych w ogłoszeniu.</w:t>
      </w:r>
    </w:p>
    <w:p w14:paraId="1A9491AC" w14:textId="77777777" w:rsidR="00E7583A" w:rsidRDefault="00E7583A"/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315"/>
        <w:gridCol w:w="4315"/>
      </w:tblGrid>
      <w:tr w:rsidR="00E7583A" w14:paraId="1A46EF6A" w14:textId="77777777">
        <w:trPr>
          <w:jc w:val="center"/>
        </w:trPr>
        <w:tc>
          <w:tcPr>
            <w:tcW w:w="4320" w:type="dxa"/>
            <w:vAlign w:val="center"/>
          </w:tcPr>
          <w:p w14:paraId="50A524A3" w14:textId="77777777" w:rsidR="00E7583A" w:rsidRDefault="00E64B89">
            <w:r>
              <w:t>Miejscowość i data</w:t>
            </w:r>
          </w:p>
        </w:tc>
        <w:tc>
          <w:tcPr>
            <w:tcW w:w="4320" w:type="dxa"/>
            <w:vAlign w:val="center"/>
          </w:tcPr>
          <w:p w14:paraId="6A7B610C" w14:textId="77777777" w:rsidR="00E7583A" w:rsidRDefault="00E64B89">
            <w:r>
              <w:t>Podpis oferenta</w:t>
            </w:r>
          </w:p>
        </w:tc>
      </w:tr>
      <w:tr w:rsidR="00E7583A" w14:paraId="7BAF94A5" w14:textId="77777777">
        <w:trPr>
          <w:jc w:val="center"/>
        </w:trPr>
        <w:tc>
          <w:tcPr>
            <w:tcW w:w="4320" w:type="dxa"/>
            <w:vAlign w:val="center"/>
          </w:tcPr>
          <w:p w14:paraId="2E5B781F" w14:textId="77777777" w:rsidR="00E7583A" w:rsidRDefault="00E64B89">
            <w:r>
              <w:br/>
            </w:r>
            <w:r>
              <w:br/>
              <w:t>........................................................</w:t>
            </w:r>
          </w:p>
        </w:tc>
        <w:tc>
          <w:tcPr>
            <w:tcW w:w="4320" w:type="dxa"/>
            <w:vAlign w:val="center"/>
          </w:tcPr>
          <w:p w14:paraId="061C0319" w14:textId="77777777" w:rsidR="00E7583A" w:rsidRDefault="00E64B89">
            <w:r>
              <w:br/>
            </w:r>
            <w:r>
              <w:br/>
              <w:t>........................................................</w:t>
            </w:r>
          </w:p>
        </w:tc>
      </w:tr>
    </w:tbl>
    <w:p w14:paraId="19E6717C" w14:textId="21D5577F" w:rsidR="00E7583A" w:rsidRDefault="00E7583A"/>
    <w:sectPr w:rsidR="00E7583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942335"/>
    <w:rsid w:val="00AA1D8D"/>
    <w:rsid w:val="00B00AC3"/>
    <w:rsid w:val="00B47730"/>
    <w:rsid w:val="00CB0664"/>
    <w:rsid w:val="00E64B89"/>
    <w:rsid w:val="00E7583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052242"/>
  <w14:defaultImageDpi w14:val="300"/>
  <w15:docId w15:val="{252A8C90-AA94-4F5A-9932-291B90A3D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9423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23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7377803-903E-487D-A332-F053DC631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1457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Zdzisław Szuta</cp:lastModifiedBy>
  <cp:revision>2</cp:revision>
  <cp:lastPrinted>2026-09-30T05:14:00Z</cp:lastPrinted>
  <dcterms:created xsi:type="dcterms:W3CDTF">2026-09-30T12:39:00Z</dcterms:created>
  <dcterms:modified xsi:type="dcterms:W3CDTF">2026-09-30T12:39:00Z</dcterms:modified>
  <cp:category/>
</cp:coreProperties>
</file>