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ED4F47" w14:textId="77777777" w:rsidR="0089705A" w:rsidRDefault="0089705A">
      <w:pPr>
        <w:jc w:val="center"/>
        <w:rPr>
          <w:b/>
          <w:sz w:val="28"/>
        </w:rPr>
      </w:pPr>
    </w:p>
    <w:p w14:paraId="42CBD8D0" w14:textId="07A0E7E7" w:rsidR="00E7583A" w:rsidRDefault="00E64B89">
      <w:pPr>
        <w:jc w:val="center"/>
      </w:pPr>
      <w:r>
        <w:rPr>
          <w:b/>
          <w:sz w:val="28"/>
        </w:rPr>
        <w:t>OŚWIADCZENIE OFERENTA</w:t>
      </w:r>
    </w:p>
    <w:p w14:paraId="21498CB0" w14:textId="77777777" w:rsidR="00E7583A" w:rsidRDefault="00E64B89">
      <w:r>
        <w:t>Ja, niżej podpisany/a ............................................................................................, oświadczam, że przed złożeniem oferty miałem/am możliwość zapoznania się z opisem i stanem używanej siatki konstrukcyjno-scenograficznej o powierzchni około 2500 m².</w:t>
      </w:r>
    </w:p>
    <w:p w14:paraId="1DA70FB6" w14:textId="77777777" w:rsidR="00E7583A" w:rsidRDefault="00E64B89">
      <w:r>
        <w:t>Akceptuję stan techniczny i faktyczny przedmiotu sprzedaży oraz zobowiązuję się do jego odbioru na zasadach określonych w ogłoszeniu o sprzedaży.</w:t>
      </w:r>
    </w:p>
    <w:p w14:paraId="2D126F71" w14:textId="77777777" w:rsidR="00E7583A" w:rsidRDefault="00E7583A"/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4315"/>
        <w:gridCol w:w="4315"/>
      </w:tblGrid>
      <w:tr w:rsidR="00E7583A" w14:paraId="3AFC0246" w14:textId="77777777">
        <w:trPr>
          <w:jc w:val="center"/>
        </w:trPr>
        <w:tc>
          <w:tcPr>
            <w:tcW w:w="4320" w:type="dxa"/>
          </w:tcPr>
          <w:p w14:paraId="374A0FFA" w14:textId="77777777" w:rsidR="00E7583A" w:rsidRDefault="00E64B89">
            <w:r>
              <w:t>Miejscowość i data</w:t>
            </w:r>
          </w:p>
        </w:tc>
        <w:tc>
          <w:tcPr>
            <w:tcW w:w="4320" w:type="dxa"/>
          </w:tcPr>
          <w:p w14:paraId="2F53C010" w14:textId="77777777" w:rsidR="00E7583A" w:rsidRDefault="00E64B89">
            <w:r>
              <w:t>Podpis oferenta</w:t>
            </w:r>
          </w:p>
        </w:tc>
      </w:tr>
      <w:tr w:rsidR="00E7583A" w14:paraId="5AE7A8F5" w14:textId="77777777">
        <w:trPr>
          <w:jc w:val="center"/>
        </w:trPr>
        <w:tc>
          <w:tcPr>
            <w:tcW w:w="4320" w:type="dxa"/>
          </w:tcPr>
          <w:p w14:paraId="70F016D0" w14:textId="77777777" w:rsidR="00E7583A" w:rsidRDefault="00E64B89">
            <w:r>
              <w:br/>
            </w:r>
            <w:r>
              <w:br/>
              <w:t>........................................................</w:t>
            </w:r>
          </w:p>
        </w:tc>
        <w:tc>
          <w:tcPr>
            <w:tcW w:w="4320" w:type="dxa"/>
          </w:tcPr>
          <w:p w14:paraId="45A80C2B" w14:textId="77777777" w:rsidR="00E7583A" w:rsidRDefault="00E64B89">
            <w:r>
              <w:br/>
            </w:r>
            <w:r>
              <w:br/>
              <w:t>........................................................</w:t>
            </w:r>
          </w:p>
        </w:tc>
      </w:tr>
    </w:tbl>
    <w:p w14:paraId="0449A8F5" w14:textId="25071FC6" w:rsidR="00E7583A" w:rsidRDefault="00E7583A"/>
    <w:sectPr w:rsidR="00E7583A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89705A"/>
    <w:rsid w:val="00942335"/>
    <w:rsid w:val="00AA1D8D"/>
    <w:rsid w:val="00B47730"/>
    <w:rsid w:val="00CB0664"/>
    <w:rsid w:val="00E64B89"/>
    <w:rsid w:val="00E7583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A1FADFC"/>
  <w14:defaultImageDpi w14:val="300"/>
  <w15:docId w15:val="{252A8C90-AA94-4F5A-9932-291B90A3D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rial" w:hAnsi="Aria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kstdymka">
    <w:name w:val="Balloon Text"/>
    <w:basedOn w:val="Normalny"/>
    <w:link w:val="TekstdymkaZnak"/>
    <w:uiPriority w:val="99"/>
    <w:semiHidden/>
    <w:unhideWhenUsed/>
    <w:rsid w:val="009423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4233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7377803-903E-487D-A332-F053DC631F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86</Words>
  <Characters>522</Characters>
  <Application>Microsoft Office Word</Application>
  <DocSecurity>0</DocSecurity>
  <Lines>4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607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Zdzisław Szuta</cp:lastModifiedBy>
  <cp:revision>2</cp:revision>
  <cp:lastPrinted>2026-09-30T05:14:00Z</cp:lastPrinted>
  <dcterms:created xsi:type="dcterms:W3CDTF">2026-09-30T12:40:00Z</dcterms:created>
  <dcterms:modified xsi:type="dcterms:W3CDTF">2026-09-30T12:40:00Z</dcterms:modified>
  <cp:category/>
</cp:coreProperties>
</file>